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b/>
          <w:i w:val="0"/>
          <w:color w:val="0D9488"/>
          <w:sz w:val="40"/>
        </w:rPr>
        <w:t>Home exercise program</w:t>
      </w:r>
    </w:p>
    <w:p>
      <w:pPr>
        <w:spacing w:after="120" w:before="0"/>
      </w:pPr>
      <w:r>
        <w:rPr>
          <w:b w:val="0"/>
          <w:i/>
          <w:color w:val="41525E"/>
          <w:sz w:val="19"/>
        </w:rPr>
        <w:t>Filled in for you by your practitioner. Keep it where you exercise and bring it to your next visit.</w:t>
      </w:r>
    </w:p>
    <w:tbl>
      <w:tblPr>
        <w:tblStyle w:val="TableGrid"/>
        <w:tblW w:type="auto" w:w="0"/>
        <w:jc w:val="left"/>
        <w:tblLayout w:type="fixed"/>
        <w:tblLook w:firstColumn="1" w:firstRow="1" w:lastColumn="0" w:lastRow="0" w:noHBand="0" w:noVBand="1" w:val="04A0"/>
      </w:tblPr>
      <w:tblGrid>
        <w:gridCol w:w="2628"/>
        <w:gridCol w:w="2628"/>
        <w:gridCol w:w="2628"/>
        <w:gridCol w:w="2628"/>
      </w:tblGrid>
      <w:tr>
        <w:tc>
          <w:tcPr>
            <w:tcW w:type="dxa" w:w="1584"/>
            <w:shd w:val="clear" w:color="auto" w:fill="ECFDF5"/>
          </w:tcPr>
          <w:p>
            <w:pPr>
              <w:spacing w:after="0"/>
            </w:pPr>
            <w:r/>
            <w:r>
              <w:rPr>
                <w:b/>
                <w:i w:val="0"/>
                <w:sz w:val="18"/>
              </w:rPr>
              <w:t>Patient</w:t>
            </w:r>
          </w:p>
        </w:tc>
        <w:tc>
          <w:tcPr>
            <w:tcW w:type="dxa" w:w="3672"/>
          </w:tcPr>
          <w:p/>
        </w:tc>
        <w:tc>
          <w:tcPr>
            <w:tcW w:type="dxa" w:w="1584"/>
            <w:shd w:val="clear" w:color="auto" w:fill="ECFDF5"/>
          </w:tcPr>
          <w:p>
            <w:pPr>
              <w:spacing w:after="0"/>
            </w:pPr>
            <w:r/>
            <w:r>
              <w:rPr>
                <w:b/>
                <w:i w:val="0"/>
                <w:sz w:val="18"/>
              </w:rPr>
              <w:t>Date given</w:t>
            </w:r>
          </w:p>
        </w:tc>
        <w:tc>
          <w:tcPr>
            <w:tcW w:type="dxa" w:w="3672"/>
          </w:tcPr>
          <w:p/>
        </w:tc>
      </w:tr>
      <w:tr>
        <w:tc>
          <w:tcPr>
            <w:tcW w:type="dxa" w:w="1584"/>
            <w:shd w:val="clear" w:color="auto" w:fill="ECFDF5"/>
          </w:tcPr>
          <w:p>
            <w:pPr>
              <w:spacing w:after="0"/>
            </w:pPr>
            <w:r/>
            <w:r>
              <w:rPr>
                <w:b/>
                <w:i w:val="0"/>
                <w:sz w:val="18"/>
              </w:rPr>
              <w:t>Practitioner</w:t>
            </w:r>
          </w:p>
        </w:tc>
        <w:tc>
          <w:tcPr>
            <w:tcW w:type="dxa" w:w="3672"/>
          </w:tcPr>
          <w:p/>
        </w:tc>
        <w:tc>
          <w:tcPr>
            <w:tcW w:type="dxa" w:w="1584"/>
            <w:shd w:val="clear" w:color="auto" w:fill="ECFDF5"/>
          </w:tcPr>
          <w:p>
            <w:pPr>
              <w:spacing w:after="0"/>
            </w:pPr>
            <w:r/>
            <w:r>
              <w:rPr>
                <w:b/>
                <w:i w:val="0"/>
                <w:sz w:val="18"/>
              </w:rPr>
              <w:t>Practice phone</w:t>
            </w:r>
          </w:p>
        </w:tc>
        <w:tc>
          <w:tcPr>
            <w:tcW w:type="dxa" w:w="3672"/>
          </w:tcPr>
          <w:p/>
        </w:tc>
      </w:tr>
    </w:tbl>
    <w:p>
      <w:pPr>
        <w:spacing w:after="40" w:before="160"/>
      </w:pPr>
      <w:r>
        <w:rPr>
          <w:b/>
          <w:i w:val="0"/>
          <w:color w:val="0D9488"/>
          <w:sz w:val="24"/>
        </w:rPr>
        <w:t>Your exercises</w:t>
      </w:r>
    </w:p>
    <w:tbl>
      <w:tblPr>
        <w:tblStyle w:val="TableGrid"/>
        <w:tblW w:type="auto" w:w="0"/>
        <w:jc w:val="left"/>
        <w:tblLayout w:type="fixed"/>
        <w:tblLook w:firstColumn="1" w:firstRow="1" w:lastColumn="0" w:lastRow="0" w:noHBand="0" w:noVBand="1" w:val="04A0"/>
      </w:tblPr>
      <w:tblGrid>
        <w:gridCol w:w="1752"/>
        <w:gridCol w:w="1752"/>
        <w:gridCol w:w="1752"/>
        <w:gridCol w:w="1752"/>
        <w:gridCol w:w="1752"/>
        <w:gridCol w:w="1752"/>
      </w:tblGrid>
      <w:tr>
        <w:tc>
          <w:tcPr>
            <w:tcW w:type="dxa" w:w="432"/>
            <w:shd w:val="clear" w:color="auto" w:fill="0D9488"/>
          </w:tcPr>
          <w:p>
            <w:pPr>
              <w:spacing w:after="0"/>
            </w:pPr>
            <w:r/>
            <w:r>
              <w:rPr>
                <w:b/>
                <w:i w:val="0"/>
                <w:color w:val="FFFFFF"/>
                <w:sz w:val="17"/>
              </w:rPr>
              <w:t>#</w:t>
            </w:r>
          </w:p>
        </w:tc>
        <w:tc>
          <w:tcPr>
            <w:tcW w:type="dxa" w:w="5184"/>
            <w:shd w:val="clear" w:color="auto" w:fill="0D9488"/>
          </w:tcPr>
          <w:p>
            <w:pPr>
              <w:spacing w:after="0"/>
            </w:pPr>
            <w:r/>
            <w:r>
              <w:rPr>
                <w:b/>
                <w:i w:val="0"/>
                <w:color w:val="FFFFFF"/>
                <w:sz w:val="17"/>
              </w:rPr>
              <w:t>Exercise and how to do it</w:t>
            </w:r>
          </w:p>
        </w:tc>
        <w:tc>
          <w:tcPr>
            <w:tcW w:type="dxa" w:w="936"/>
            <w:shd w:val="clear" w:color="auto" w:fill="0D9488"/>
          </w:tcPr>
          <w:p>
            <w:pPr>
              <w:spacing w:after="0"/>
            </w:pPr>
            <w:r/>
            <w:r>
              <w:rPr>
                <w:b/>
                <w:i w:val="0"/>
                <w:color w:val="FFFFFF"/>
                <w:sz w:val="17"/>
              </w:rPr>
              <w:t>Sets</w:t>
            </w:r>
          </w:p>
        </w:tc>
        <w:tc>
          <w:tcPr>
            <w:tcW w:type="dxa" w:w="936"/>
            <w:shd w:val="clear" w:color="auto" w:fill="0D9488"/>
          </w:tcPr>
          <w:p>
            <w:pPr>
              <w:spacing w:after="0"/>
            </w:pPr>
            <w:r/>
            <w:r>
              <w:rPr>
                <w:b/>
                <w:i w:val="0"/>
                <w:color w:val="FFFFFF"/>
                <w:sz w:val="17"/>
              </w:rPr>
              <w:t>Reps</w:t>
            </w:r>
          </w:p>
        </w:tc>
        <w:tc>
          <w:tcPr>
            <w:tcW w:type="dxa" w:w="1296"/>
            <w:shd w:val="clear" w:color="auto" w:fill="0D9488"/>
          </w:tcPr>
          <w:p>
            <w:pPr>
              <w:spacing w:after="0"/>
            </w:pPr>
            <w:r/>
            <w:r>
              <w:rPr>
                <w:b/>
                <w:i w:val="0"/>
                <w:color w:val="FFFFFF"/>
                <w:sz w:val="17"/>
              </w:rPr>
              <w:t>Hold or time</w:t>
            </w:r>
          </w:p>
        </w:tc>
        <w:tc>
          <w:tcPr>
            <w:tcW w:type="dxa" w:w="1728"/>
            <w:shd w:val="clear" w:color="auto" w:fill="0D9488"/>
          </w:tcPr>
          <w:p>
            <w:pPr>
              <w:spacing w:after="0"/>
            </w:pPr>
            <w:r/>
            <w:r>
              <w:rPr>
                <w:b/>
                <w:i w:val="0"/>
                <w:color w:val="FFFFFF"/>
                <w:sz w:val="17"/>
              </w:rPr>
              <w:t>How often</w:t>
            </w:r>
          </w:p>
        </w:tc>
      </w:tr>
      <w:tr>
        <w:trPr>
          <w:trHeight w:val="792" w:hRule="atLeast"/>
        </w:trPr>
        <w:tc>
          <w:tcPr>
            <w:tcW w:type="dxa" w:w="432"/>
          </w:tcPr>
          <w:p>
            <w:pPr>
              <w:spacing w:after="0"/>
            </w:pPr>
            <w:r/>
            <w:r>
              <w:rPr>
                <w:b/>
                <w:i w:val="0"/>
                <w:color w:val="0D9488"/>
                <w:sz w:val="20"/>
              </w:rPr>
              <w:t>1</w:t>
            </w:r>
          </w:p>
        </w:tc>
        <w:tc>
          <w:tcPr>
            <w:tcW w:type="dxa" w:w="5184"/>
          </w:tcPr>
          <w:p/>
        </w:tc>
        <w:tc>
          <w:tcPr>
            <w:tcW w:type="dxa" w:w="936"/>
          </w:tcPr>
          <w:p/>
        </w:tc>
        <w:tc>
          <w:tcPr>
            <w:tcW w:type="dxa" w:w="936"/>
          </w:tcPr>
          <w:p/>
        </w:tc>
        <w:tc>
          <w:tcPr>
            <w:tcW w:type="dxa" w:w="1296"/>
          </w:tcPr>
          <w:p/>
        </w:tc>
        <w:tc>
          <w:tcPr>
            <w:tcW w:type="dxa" w:w="1728"/>
          </w:tcPr>
          <w:p/>
        </w:tc>
      </w:tr>
      <w:tr>
        <w:trPr>
          <w:trHeight w:val="792" w:hRule="atLeast"/>
        </w:trPr>
        <w:tc>
          <w:tcPr>
            <w:tcW w:type="dxa" w:w="432"/>
          </w:tcPr>
          <w:p>
            <w:pPr>
              <w:spacing w:after="0"/>
            </w:pPr>
            <w:r/>
            <w:r>
              <w:rPr>
                <w:b/>
                <w:i w:val="0"/>
                <w:color w:val="0D9488"/>
                <w:sz w:val="20"/>
              </w:rPr>
              <w:t>2</w:t>
            </w:r>
          </w:p>
        </w:tc>
        <w:tc>
          <w:tcPr>
            <w:tcW w:type="dxa" w:w="5184"/>
          </w:tcPr>
          <w:p/>
        </w:tc>
        <w:tc>
          <w:tcPr>
            <w:tcW w:type="dxa" w:w="936"/>
          </w:tcPr>
          <w:p/>
        </w:tc>
        <w:tc>
          <w:tcPr>
            <w:tcW w:type="dxa" w:w="936"/>
          </w:tcPr>
          <w:p/>
        </w:tc>
        <w:tc>
          <w:tcPr>
            <w:tcW w:type="dxa" w:w="1296"/>
          </w:tcPr>
          <w:p/>
        </w:tc>
        <w:tc>
          <w:tcPr>
            <w:tcW w:type="dxa" w:w="1728"/>
          </w:tcPr>
          <w:p/>
        </w:tc>
      </w:tr>
      <w:tr>
        <w:trPr>
          <w:trHeight w:val="792" w:hRule="atLeast"/>
        </w:trPr>
        <w:tc>
          <w:tcPr>
            <w:tcW w:type="dxa" w:w="432"/>
          </w:tcPr>
          <w:p>
            <w:pPr>
              <w:spacing w:after="0"/>
            </w:pPr>
            <w:r/>
            <w:r>
              <w:rPr>
                <w:b/>
                <w:i w:val="0"/>
                <w:color w:val="0D9488"/>
                <w:sz w:val="20"/>
              </w:rPr>
              <w:t>3</w:t>
            </w:r>
          </w:p>
        </w:tc>
        <w:tc>
          <w:tcPr>
            <w:tcW w:type="dxa" w:w="5184"/>
          </w:tcPr>
          <w:p/>
        </w:tc>
        <w:tc>
          <w:tcPr>
            <w:tcW w:type="dxa" w:w="936"/>
          </w:tcPr>
          <w:p/>
        </w:tc>
        <w:tc>
          <w:tcPr>
            <w:tcW w:type="dxa" w:w="936"/>
          </w:tcPr>
          <w:p/>
        </w:tc>
        <w:tc>
          <w:tcPr>
            <w:tcW w:type="dxa" w:w="1296"/>
          </w:tcPr>
          <w:p/>
        </w:tc>
        <w:tc>
          <w:tcPr>
            <w:tcW w:type="dxa" w:w="1728"/>
          </w:tcPr>
          <w:p/>
        </w:tc>
      </w:tr>
      <w:tr>
        <w:trPr>
          <w:trHeight w:val="792" w:hRule="atLeast"/>
        </w:trPr>
        <w:tc>
          <w:tcPr>
            <w:tcW w:type="dxa" w:w="432"/>
          </w:tcPr>
          <w:p>
            <w:pPr>
              <w:spacing w:after="0"/>
            </w:pPr>
            <w:r/>
            <w:r>
              <w:rPr>
                <w:b/>
                <w:i w:val="0"/>
                <w:color w:val="0D9488"/>
                <w:sz w:val="20"/>
              </w:rPr>
              <w:t>4</w:t>
            </w:r>
          </w:p>
        </w:tc>
        <w:tc>
          <w:tcPr>
            <w:tcW w:type="dxa" w:w="5184"/>
          </w:tcPr>
          <w:p/>
        </w:tc>
        <w:tc>
          <w:tcPr>
            <w:tcW w:type="dxa" w:w="936"/>
          </w:tcPr>
          <w:p/>
        </w:tc>
        <w:tc>
          <w:tcPr>
            <w:tcW w:type="dxa" w:w="936"/>
          </w:tcPr>
          <w:p/>
        </w:tc>
        <w:tc>
          <w:tcPr>
            <w:tcW w:type="dxa" w:w="1296"/>
          </w:tcPr>
          <w:p/>
        </w:tc>
        <w:tc>
          <w:tcPr>
            <w:tcW w:type="dxa" w:w="1728"/>
          </w:tcPr>
          <w:p/>
        </w:tc>
      </w:tr>
      <w:tr>
        <w:trPr>
          <w:trHeight w:val="792" w:hRule="atLeast"/>
        </w:trPr>
        <w:tc>
          <w:tcPr>
            <w:tcW w:type="dxa" w:w="432"/>
          </w:tcPr>
          <w:p>
            <w:pPr>
              <w:spacing w:after="0"/>
            </w:pPr>
            <w:r/>
            <w:r>
              <w:rPr>
                <w:b/>
                <w:i w:val="0"/>
                <w:color w:val="0D9488"/>
                <w:sz w:val="20"/>
              </w:rPr>
              <w:t>5</w:t>
            </w:r>
          </w:p>
        </w:tc>
        <w:tc>
          <w:tcPr>
            <w:tcW w:type="dxa" w:w="5184"/>
          </w:tcPr>
          <w:p/>
        </w:tc>
        <w:tc>
          <w:tcPr>
            <w:tcW w:type="dxa" w:w="936"/>
          </w:tcPr>
          <w:p/>
        </w:tc>
        <w:tc>
          <w:tcPr>
            <w:tcW w:type="dxa" w:w="936"/>
          </w:tcPr>
          <w:p/>
        </w:tc>
        <w:tc>
          <w:tcPr>
            <w:tcW w:type="dxa" w:w="1296"/>
          </w:tcPr>
          <w:p/>
        </w:tc>
        <w:tc>
          <w:tcPr>
            <w:tcW w:type="dxa" w:w="1728"/>
          </w:tcPr>
          <w:p/>
        </w:tc>
      </w:tr>
      <w:tr>
        <w:trPr>
          <w:trHeight w:val="792" w:hRule="atLeast"/>
        </w:trPr>
        <w:tc>
          <w:tcPr>
            <w:tcW w:type="dxa" w:w="432"/>
          </w:tcPr>
          <w:p>
            <w:pPr>
              <w:spacing w:after="0"/>
            </w:pPr>
            <w:r/>
            <w:r>
              <w:rPr>
                <w:b/>
                <w:i w:val="0"/>
                <w:color w:val="0D9488"/>
                <w:sz w:val="20"/>
              </w:rPr>
              <w:t>6</w:t>
            </w:r>
          </w:p>
        </w:tc>
        <w:tc>
          <w:tcPr>
            <w:tcW w:type="dxa" w:w="5184"/>
          </w:tcPr>
          <w:p/>
        </w:tc>
        <w:tc>
          <w:tcPr>
            <w:tcW w:type="dxa" w:w="936"/>
          </w:tcPr>
          <w:p/>
        </w:tc>
        <w:tc>
          <w:tcPr>
            <w:tcW w:type="dxa" w:w="936"/>
          </w:tcPr>
          <w:p/>
        </w:tc>
        <w:tc>
          <w:tcPr>
            <w:tcW w:type="dxa" w:w="1296"/>
          </w:tcPr>
          <w:p/>
        </w:tc>
        <w:tc>
          <w:tcPr>
            <w:tcW w:type="dxa" w:w="1728"/>
          </w:tcPr>
          <w:p/>
        </w:tc>
      </w:tr>
    </w:tbl>
    <w:p>
      <w:pPr>
        <w:spacing w:after="60" w:before="40"/>
      </w:pPr>
      <w:r>
        <w:rPr>
          <w:b w:val="0"/>
          <w:i/>
          <w:color w:val="6B7A86"/>
          <w:sz w:val="15"/>
        </w:rPr>
        <w:t>Your practitioner writes each exercise here, with any notes on how to do it.</w:t>
      </w:r>
    </w:p>
    <w:p>
      <w:pPr>
        <w:spacing w:after="40" w:before="160"/>
      </w:pPr>
      <w:r>
        <w:rPr>
          <w:b/>
          <w:i w:val="0"/>
          <w:color w:val="0D9488"/>
          <w:sz w:val="24"/>
        </w:rPr>
        <w:t>Pain check-in</w:t>
      </w:r>
    </w:p>
    <w:p>
      <w:pPr>
        <w:spacing w:after="60" w:before="0"/>
      </w:pPr>
      <w:r>
        <w:rPr>
          <w:b w:val="0"/>
          <w:i w:val="0"/>
          <w:sz w:val="19"/>
        </w:rPr>
        <w:t>Rate your pain from 0 to 10: 0 means no pain, 10 means the worst pain you can imagine.</w:t>
      </w:r>
    </w:p>
    <w:tbl>
      <w:tblPr>
        <w:tblStyle w:val="TableGrid"/>
        <w:tblW w:type="auto" w:w="0"/>
        <w:jc w:val="left"/>
        <w:tblLayout w:type="fixed"/>
        <w:tblLook w:firstColumn="1" w:firstRow="1" w:lastColumn="0" w:lastRow="0" w:noHBand="0" w:noVBand="1" w:val="04A0"/>
      </w:tblPr>
      <w:tblGrid>
        <w:gridCol w:w="956"/>
        <w:gridCol w:w="956"/>
        <w:gridCol w:w="956"/>
        <w:gridCol w:w="956"/>
        <w:gridCol w:w="956"/>
        <w:gridCol w:w="956"/>
        <w:gridCol w:w="956"/>
        <w:gridCol w:w="956"/>
        <w:gridCol w:w="956"/>
        <w:gridCol w:w="956"/>
        <w:gridCol w:w="956"/>
      </w:tblGrid>
      <w:tr>
        <w:tc>
          <w:tcPr>
            <w:tcW w:type="dxa" w:w="955"/>
            <w:shd w:val="clear" w:color="auto" w:fill="ECFDF5"/>
          </w:tcPr>
          <w:p>
            <w:pPr>
              <w:spacing w:after="0"/>
              <w:jc w:val="center"/>
            </w:pPr>
            <w:r/>
            <w:r>
              <w:rPr>
                <w:b/>
                <w:i w:val="0"/>
                <w:sz w:val="22"/>
              </w:rPr>
              <w:t>0</w:t>
            </w:r>
          </w:p>
        </w:tc>
        <w:tc>
          <w:tcPr>
            <w:tcW w:type="dxa" w:w="955"/>
            <w:shd w:val="clear" w:color="auto" w:fill="ECFDF5"/>
          </w:tcPr>
          <w:p>
            <w:pPr>
              <w:spacing w:after="0"/>
              <w:jc w:val="center"/>
            </w:pPr>
            <w:r/>
            <w:r>
              <w:rPr>
                <w:b/>
                <w:i w:val="0"/>
                <w:sz w:val="22"/>
              </w:rPr>
              <w:t>1</w:t>
            </w:r>
          </w:p>
        </w:tc>
        <w:tc>
          <w:tcPr>
            <w:tcW w:type="dxa" w:w="955"/>
            <w:shd w:val="clear" w:color="auto" w:fill="ECFDF5"/>
          </w:tcPr>
          <w:p>
            <w:pPr>
              <w:spacing w:after="0"/>
              <w:jc w:val="center"/>
            </w:pPr>
            <w:r/>
            <w:r>
              <w:rPr>
                <w:b/>
                <w:i w:val="0"/>
                <w:sz w:val="22"/>
              </w:rPr>
              <w:t>2</w:t>
            </w:r>
          </w:p>
        </w:tc>
        <w:tc>
          <w:tcPr>
            <w:tcW w:type="dxa" w:w="955"/>
            <w:shd w:val="clear" w:color="auto" w:fill="ECFDF5"/>
          </w:tcPr>
          <w:p>
            <w:pPr>
              <w:spacing w:after="0"/>
              <w:jc w:val="center"/>
            </w:pPr>
            <w:r/>
            <w:r>
              <w:rPr>
                <w:b/>
                <w:i w:val="0"/>
                <w:sz w:val="22"/>
              </w:rPr>
              <w:t>3</w:t>
            </w:r>
          </w:p>
        </w:tc>
        <w:tc>
          <w:tcPr>
            <w:tcW w:type="dxa" w:w="955"/>
            <w:shd w:val="clear" w:color="auto" w:fill="ECFDF5"/>
          </w:tcPr>
          <w:p>
            <w:pPr>
              <w:spacing w:after="0"/>
              <w:jc w:val="center"/>
            </w:pPr>
            <w:r/>
            <w:r>
              <w:rPr>
                <w:b/>
                <w:i w:val="0"/>
                <w:sz w:val="22"/>
              </w:rPr>
              <w:t>4</w:t>
            </w:r>
          </w:p>
        </w:tc>
        <w:tc>
          <w:tcPr>
            <w:tcW w:type="dxa" w:w="955"/>
            <w:shd w:val="clear" w:color="auto" w:fill="ECFDF5"/>
          </w:tcPr>
          <w:p>
            <w:pPr>
              <w:spacing w:after="0"/>
              <w:jc w:val="center"/>
            </w:pPr>
            <w:r/>
            <w:r>
              <w:rPr>
                <w:b/>
                <w:i w:val="0"/>
                <w:sz w:val="22"/>
              </w:rPr>
              <w:t>5</w:t>
            </w:r>
          </w:p>
        </w:tc>
        <w:tc>
          <w:tcPr>
            <w:tcW w:type="dxa" w:w="955"/>
            <w:shd w:val="clear" w:color="auto" w:fill="ECFDF5"/>
          </w:tcPr>
          <w:p>
            <w:pPr>
              <w:spacing w:after="0"/>
              <w:jc w:val="center"/>
            </w:pPr>
            <w:r/>
            <w:r>
              <w:rPr>
                <w:b/>
                <w:i w:val="0"/>
                <w:sz w:val="22"/>
              </w:rPr>
              <w:t>6</w:t>
            </w:r>
          </w:p>
        </w:tc>
        <w:tc>
          <w:tcPr>
            <w:tcW w:type="dxa" w:w="955"/>
            <w:shd w:val="clear" w:color="auto" w:fill="ECFDF5"/>
          </w:tcPr>
          <w:p>
            <w:pPr>
              <w:spacing w:after="0"/>
              <w:jc w:val="center"/>
            </w:pPr>
            <w:r/>
            <w:r>
              <w:rPr>
                <w:b/>
                <w:i w:val="0"/>
                <w:sz w:val="22"/>
              </w:rPr>
              <w:t>7</w:t>
            </w:r>
          </w:p>
        </w:tc>
        <w:tc>
          <w:tcPr>
            <w:tcW w:type="dxa" w:w="955"/>
            <w:shd w:val="clear" w:color="auto" w:fill="ECFDF5"/>
          </w:tcPr>
          <w:p>
            <w:pPr>
              <w:spacing w:after="0"/>
              <w:jc w:val="center"/>
            </w:pPr>
            <w:r/>
            <w:r>
              <w:rPr>
                <w:b/>
                <w:i w:val="0"/>
                <w:sz w:val="22"/>
              </w:rPr>
              <w:t>8</w:t>
            </w:r>
          </w:p>
        </w:tc>
        <w:tc>
          <w:tcPr>
            <w:tcW w:type="dxa" w:w="955"/>
            <w:shd w:val="clear" w:color="auto" w:fill="ECFDF5"/>
          </w:tcPr>
          <w:p>
            <w:pPr>
              <w:spacing w:after="0"/>
              <w:jc w:val="center"/>
            </w:pPr>
            <w:r/>
            <w:r>
              <w:rPr>
                <w:b/>
                <w:i w:val="0"/>
                <w:sz w:val="22"/>
              </w:rPr>
              <w:t>9</w:t>
            </w:r>
          </w:p>
        </w:tc>
        <w:tc>
          <w:tcPr>
            <w:tcW w:type="dxa" w:w="955"/>
            <w:shd w:val="clear" w:color="auto" w:fill="ECFDF5"/>
          </w:tcPr>
          <w:p>
            <w:pPr>
              <w:spacing w:after="0"/>
              <w:jc w:val="center"/>
            </w:pPr>
            <w:r/>
            <w:r>
              <w:rPr>
                <w:b/>
                <w:i w:val="0"/>
                <w:sz w:val="22"/>
              </w:rPr>
              <w:t>10</w:t>
            </w:r>
          </w:p>
        </w:tc>
      </w:tr>
    </w:tbl>
    <w:p>
      <w:pPr>
        <w:spacing w:after="60" w:before="20"/>
      </w:pPr>
      <w:r>
        <w:rPr>
          <w:b w:val="0"/>
          <w:i w:val="0"/>
          <w:color w:val="41525E"/>
          <w:sz w:val="15"/>
        </w:rPr>
        <w:t>0 = no pain   ·   10 = worst pain you can imagine</w:t>
      </w:r>
    </w:p>
    <w:p>
      <w:pPr>
        <w:spacing w:after="60" w:before="80"/>
      </w:pPr>
      <w:r>
        <w:rPr>
          <w:b/>
          <w:i w:val="0"/>
          <w:sz w:val="19"/>
        </w:rPr>
        <w:t>When to rate it (your practitioner fills this in): ______________________________________________</w:t>
      </w:r>
    </w:p>
    <w:tbl>
      <w:tblPr>
        <w:tblStyle w:val="TableGrid"/>
        <w:tblW w:type="auto" w:w="0"/>
        <w:jc w:val="left"/>
        <w:tblLayout w:type="fixed"/>
        <w:tblLook w:firstColumn="1" w:firstRow="1" w:lastColumn="0" w:lastRow="0" w:noHBand="0" w:noVBand="1" w:val="04A0"/>
      </w:tblPr>
      <w:tblGrid>
        <w:gridCol w:w="5256"/>
        <w:gridCol w:w="5256"/>
      </w:tblGrid>
      <w:tr>
        <w:tc>
          <w:tcPr>
            <w:tcW w:type="dxa" w:w="6336"/>
          </w:tcPr>
          <w:p>
            <w:pPr>
              <w:spacing w:after="0"/>
            </w:pPr>
            <w:r/>
            <w:r>
              <w:rPr>
                <w:b/>
                <w:i w:val="0"/>
                <w:color w:val="BE123C"/>
                <w:sz w:val="22"/>
              </w:rPr>
              <w:t>Stop and call us if</w:t>
            </w:r>
          </w:p>
          <w:p>
            <w:r>
              <w:rPr>
                <w:i/>
                <w:color w:val="6B7A86"/>
                <w:sz w:val="15"/>
              </w:rPr>
              <w:t>Your practitioner writes here what should make you stop an exercise and call the practice.</w:t>
            </w:r>
          </w:p>
          <w:p/>
          <w:p/>
          <w:p/>
          <w:p/>
          <w:p/>
          <w:p/>
          <w:p>
            <w:r>
              <w:rPr>
                <w:b/>
                <w:sz w:val="18"/>
              </w:rPr>
              <w:t>Practice phone: ____________________</w:t>
            </w:r>
          </w:p>
          <w:p>
            <w:r>
              <w:rPr>
                <w:b/>
                <w:sz w:val="17"/>
              </w:rPr>
              <w:t>In an emergency, call 911 or go to the nearest emergency room.</w:t>
            </w:r>
          </w:p>
        </w:tc>
        <w:tc>
          <w:tcPr>
            <w:tcW w:type="dxa" w:w="4176"/>
            <w:shd w:val="clear" w:color="auto" w:fill="ECFDF5"/>
          </w:tcPr>
          <w:p>
            <w:pPr>
              <w:spacing w:after="0"/>
            </w:pPr>
            <w:r/>
            <w:r>
              <w:rPr>
                <w:b/>
                <w:i w:val="0"/>
                <w:color w:val="0D9488"/>
                <w:sz w:val="21"/>
              </w:rPr>
              <w:t>Your plan in PatientPower</w:t>
            </w:r>
          </w:p>
          <w:tbl>
            <w:tblPr>
              <w:tblStyle w:val="TableGrid"/>
              <w:tblW w:type="auto" w:w="0"/>
              <w:tblLook w:firstColumn="1" w:firstRow="1" w:lastColumn="0" w:lastRow="0" w:noHBand="0" w:noVBand="1" w:val="04A0"/>
            </w:tblPr>
            <w:tblGrid>
              <w:gridCol w:w="4176"/>
            </w:tblGrid>
            <w:tr>
              <w:trPr>
                <w:trHeight w:val="1512" w:hRule="atLeast"/>
              </w:trPr>
              <w:tc>
                <w:tcPr>
                  <w:tcW w:type="dxa" w:w="1584"/>
                </w:tcPr>
                <w:p>
                  <w:pPr>
                    <w:spacing w:after="0"/>
                  </w:pPr>
                  <w:r/>
                  <w:r>
                    <w:rPr>
                      <w:b w:val="0"/>
                      <w:i w:val="0"/>
                      <w:color w:val="6B7A86"/>
                      <w:sz w:val="15"/>
                    </w:rPr>
                    <w:t>QR code goes here</w:t>
                  </w:r>
                </w:p>
              </w:tc>
            </w:tr>
          </w:tbl>
          <w:p/>
          <w:p>
            <w:r>
              <w:rPr>
                <w:sz w:val="16"/>
              </w:rPr>
              <w:t>Scan to open PatientPower (beyondmychart.com). New to it? Follow the link in your practice's invitation email and create your account with that same email address; you then see each goal your practitioner set. If your program is set as goals, you can log them there between visits.</w:t>
            </w:r>
          </w:p>
          <w:p>
            <w:r>
              <w:rPr>
                <w:i/>
                <w:color w:val="6B7A86"/>
                <w:sz w:val="14"/>
              </w:rPr>
              <w:t>For the practice: paste or print a QR code for beyondmychart.com here, or leave it blank. Do not use a patient's invitation link.</w:t>
            </w:r>
          </w:p>
        </w:tc>
      </w:tr>
    </w:tbl>
    <w:p>
      <w:pPr>
        <w:spacing w:after="60" w:before="160"/>
      </w:pPr>
      <w:r>
        <w:rPr>
          <w:b/>
          <w:i w:val="0"/>
          <w:sz w:val="22"/>
        </w:rPr>
        <w:t>Next visit:   Date ____________   Time ________   With ______________________</w:t>
      </w:r>
    </w:p>
    <w:p>
      <w:pPr>
        <w:pageBreakBefore/>
        <w:spacing w:after="20" w:before="0"/>
      </w:pPr>
      <w:r>
        <w:rPr>
          <w:b/>
          <w:i w:val="0"/>
          <w:color w:val="0D9488"/>
          <w:sz w:val="36"/>
        </w:rPr>
        <w:t>Weekly log</w:t>
      </w:r>
    </w:p>
    <w:p>
      <w:pPr>
        <w:spacing w:after="80" w:before="0"/>
      </w:pPr>
      <w:r>
        <w:rPr>
          <w:b w:val="0"/>
          <w:i/>
          <w:color w:val="41525E"/>
          <w:sz w:val="19"/>
        </w:rPr>
        <w:t>Tick the days you did each exercise. Bring this page to your next visit.</w:t>
      </w:r>
    </w:p>
    <w:p>
      <w:pPr>
        <w:spacing w:after="80" w:before="0"/>
      </w:pPr>
      <w:r>
        <w:rPr>
          <w:b/>
          <w:i w:val="0"/>
          <w:sz w:val="19"/>
        </w:rPr>
        <w:t>Patient: ______________________________      Week starting: ________________</w:t>
      </w:r>
    </w:p>
    <w:p>
      <w:pPr>
        <w:spacing w:after="80" w:before="0"/>
      </w:pPr>
      <w:r>
        <w:rPr>
          <w:b w:val="0"/>
          <w:i w:val="0"/>
          <w:color w:val="41525E"/>
          <w:sz w:val="18"/>
        </w:rPr>
        <w:t>Tick each exercise on the days you do it. Write your pain score (0 to 10) on the days your practitioner asked you to (see page 1). If your practitioner has set these as goals in PatientPower, you can log them in the app instead, using the control under each goal, and your practitioner sees it before your next visit.</w:t>
      </w:r>
    </w:p>
    <w:tbl>
      <w:tblPr>
        <w:tblStyle w:val="TableGrid"/>
        <w:tblW w:type="auto" w:w="0"/>
        <w:jc w:val="left"/>
        <w:tblLayout w:type="fixed"/>
        <w:tblLook w:firstColumn="1" w:firstRow="1" w:lastColumn="0" w:lastRow="0" w:noHBand="0" w:noVBand="1" w:val="04A0"/>
      </w:tblPr>
      <w:tblGrid>
        <w:gridCol w:w="1314"/>
        <w:gridCol w:w="1314"/>
        <w:gridCol w:w="1314"/>
        <w:gridCol w:w="1314"/>
        <w:gridCol w:w="1314"/>
        <w:gridCol w:w="1314"/>
        <w:gridCol w:w="1314"/>
        <w:gridCol w:w="1314"/>
      </w:tblGrid>
      <w:tr>
        <w:tc>
          <w:tcPr>
            <w:tcW w:type="dxa" w:w="2160"/>
            <w:shd w:val="clear" w:color="auto" w:fill="0D9488"/>
          </w:tcPr>
          <w:p>
            <w:pPr>
              <w:spacing w:after="0"/>
            </w:pPr>
            <w:r/>
            <w:r>
              <w:rPr>
                <w:b w:val="0"/>
                <w:i w:val="0"/>
                <w:color w:val="FFFFFF"/>
                <w:sz w:val="17"/>
              </w:rPr>
            </w:r>
          </w:p>
        </w:tc>
        <w:tc>
          <w:tcPr>
            <w:tcW w:type="dxa" w:w="1195"/>
            <w:shd w:val="clear" w:color="auto" w:fill="0D9488"/>
          </w:tcPr>
          <w:p>
            <w:pPr>
              <w:spacing w:after="0"/>
            </w:pPr>
            <w:r/>
            <w:r>
              <w:rPr>
                <w:b/>
                <w:i w:val="0"/>
                <w:color w:val="FFFFFF"/>
                <w:sz w:val="16"/>
              </w:rPr>
              <w:t>Day 1</w:t>
              <w:br/>
              <w:t>date:</w:t>
            </w:r>
          </w:p>
        </w:tc>
        <w:tc>
          <w:tcPr>
            <w:tcW w:type="dxa" w:w="1195"/>
            <w:shd w:val="clear" w:color="auto" w:fill="0D9488"/>
          </w:tcPr>
          <w:p>
            <w:pPr>
              <w:spacing w:after="0"/>
            </w:pPr>
            <w:r/>
            <w:r>
              <w:rPr>
                <w:b/>
                <w:i w:val="0"/>
                <w:color w:val="FFFFFF"/>
                <w:sz w:val="16"/>
              </w:rPr>
              <w:t>Day 2</w:t>
              <w:br/>
              <w:t>date:</w:t>
            </w:r>
          </w:p>
        </w:tc>
        <w:tc>
          <w:tcPr>
            <w:tcW w:type="dxa" w:w="1195"/>
            <w:shd w:val="clear" w:color="auto" w:fill="0D9488"/>
          </w:tcPr>
          <w:p>
            <w:pPr>
              <w:spacing w:after="0"/>
            </w:pPr>
            <w:r/>
            <w:r>
              <w:rPr>
                <w:b/>
                <w:i w:val="0"/>
                <w:color w:val="FFFFFF"/>
                <w:sz w:val="16"/>
              </w:rPr>
              <w:t>Day 3</w:t>
              <w:br/>
              <w:t>date:</w:t>
            </w:r>
          </w:p>
        </w:tc>
        <w:tc>
          <w:tcPr>
            <w:tcW w:type="dxa" w:w="1195"/>
            <w:shd w:val="clear" w:color="auto" w:fill="0D9488"/>
          </w:tcPr>
          <w:p>
            <w:pPr>
              <w:spacing w:after="0"/>
            </w:pPr>
            <w:r/>
            <w:r>
              <w:rPr>
                <w:b/>
                <w:i w:val="0"/>
                <w:color w:val="FFFFFF"/>
                <w:sz w:val="16"/>
              </w:rPr>
              <w:t>Day 4</w:t>
              <w:br/>
              <w:t>date:</w:t>
            </w:r>
          </w:p>
        </w:tc>
        <w:tc>
          <w:tcPr>
            <w:tcW w:type="dxa" w:w="1195"/>
            <w:shd w:val="clear" w:color="auto" w:fill="0D9488"/>
          </w:tcPr>
          <w:p>
            <w:pPr>
              <w:spacing w:after="0"/>
            </w:pPr>
            <w:r/>
            <w:r>
              <w:rPr>
                <w:b/>
                <w:i w:val="0"/>
                <w:color w:val="FFFFFF"/>
                <w:sz w:val="16"/>
              </w:rPr>
              <w:t>Day 5</w:t>
              <w:br/>
              <w:t>date:</w:t>
            </w:r>
          </w:p>
        </w:tc>
        <w:tc>
          <w:tcPr>
            <w:tcW w:type="dxa" w:w="1195"/>
            <w:shd w:val="clear" w:color="auto" w:fill="0D9488"/>
          </w:tcPr>
          <w:p>
            <w:pPr>
              <w:spacing w:after="0"/>
            </w:pPr>
            <w:r/>
            <w:r>
              <w:rPr>
                <w:b/>
                <w:i w:val="0"/>
                <w:color w:val="FFFFFF"/>
                <w:sz w:val="16"/>
              </w:rPr>
              <w:t>Day 6</w:t>
              <w:br/>
              <w:t>date:</w:t>
            </w:r>
          </w:p>
        </w:tc>
        <w:tc>
          <w:tcPr>
            <w:tcW w:type="dxa" w:w="1195"/>
            <w:shd w:val="clear" w:color="auto" w:fill="0D9488"/>
          </w:tcPr>
          <w:p>
            <w:pPr>
              <w:spacing w:after="0"/>
            </w:pPr>
            <w:r/>
            <w:r>
              <w:rPr>
                <w:b/>
                <w:i w:val="0"/>
                <w:color w:val="FFFFFF"/>
                <w:sz w:val="16"/>
              </w:rPr>
              <w:t>Day 7</w:t>
              <w:br/>
              <w:t>date:</w:t>
            </w:r>
          </w:p>
        </w:tc>
      </w:tr>
      <w:tr>
        <w:trPr>
          <w:trHeight w:val="604" w:hRule="atLeast"/>
        </w:trPr>
        <w:tc>
          <w:tcPr>
            <w:tcW w:type="dxa" w:w="2160"/>
          </w:tcPr>
          <w:p>
            <w:pPr>
              <w:spacing w:after="0"/>
            </w:pPr>
            <w:r/>
            <w:r>
              <w:rPr>
                <w:b/>
                <w:i w:val="0"/>
                <w:sz w:val="18"/>
              </w:rPr>
              <w:t>Exercise 1</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r>
      <w:tr>
        <w:trPr>
          <w:trHeight w:val="604" w:hRule="atLeast"/>
        </w:trPr>
        <w:tc>
          <w:tcPr>
            <w:tcW w:type="dxa" w:w="2160"/>
          </w:tcPr>
          <w:p>
            <w:pPr>
              <w:spacing w:after="0"/>
            </w:pPr>
            <w:r/>
            <w:r>
              <w:rPr>
                <w:b/>
                <w:i w:val="0"/>
                <w:sz w:val="18"/>
              </w:rPr>
              <w:t>Exercise 2</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r>
      <w:tr>
        <w:trPr>
          <w:trHeight w:val="604" w:hRule="atLeast"/>
        </w:trPr>
        <w:tc>
          <w:tcPr>
            <w:tcW w:type="dxa" w:w="2160"/>
          </w:tcPr>
          <w:p>
            <w:pPr>
              <w:spacing w:after="0"/>
            </w:pPr>
            <w:r/>
            <w:r>
              <w:rPr>
                <w:b/>
                <w:i w:val="0"/>
                <w:sz w:val="18"/>
              </w:rPr>
              <w:t>Exercise 3</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r>
      <w:tr>
        <w:trPr>
          <w:trHeight w:val="604" w:hRule="atLeast"/>
        </w:trPr>
        <w:tc>
          <w:tcPr>
            <w:tcW w:type="dxa" w:w="2160"/>
          </w:tcPr>
          <w:p>
            <w:pPr>
              <w:spacing w:after="0"/>
            </w:pPr>
            <w:r/>
            <w:r>
              <w:rPr>
                <w:b/>
                <w:i w:val="0"/>
                <w:sz w:val="18"/>
              </w:rPr>
              <w:t>Exercise 4</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r>
      <w:tr>
        <w:trPr>
          <w:trHeight w:val="604" w:hRule="atLeast"/>
        </w:trPr>
        <w:tc>
          <w:tcPr>
            <w:tcW w:type="dxa" w:w="2160"/>
          </w:tcPr>
          <w:p>
            <w:pPr>
              <w:spacing w:after="0"/>
            </w:pPr>
            <w:r/>
            <w:r>
              <w:rPr>
                <w:b/>
                <w:i w:val="0"/>
                <w:sz w:val="18"/>
              </w:rPr>
              <w:t>Exercise 5</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r>
      <w:tr>
        <w:trPr>
          <w:trHeight w:val="604" w:hRule="atLeast"/>
        </w:trPr>
        <w:tc>
          <w:tcPr>
            <w:tcW w:type="dxa" w:w="2160"/>
          </w:tcPr>
          <w:p>
            <w:pPr>
              <w:spacing w:after="0"/>
            </w:pPr>
            <w:r/>
            <w:r>
              <w:rPr>
                <w:b/>
                <w:i w:val="0"/>
                <w:sz w:val="18"/>
              </w:rPr>
              <w:t>Exercise 6</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c>
          <w:tcPr>
            <w:tcW w:type="dxa" w:w="1195"/>
          </w:tcPr>
          <w:p>
            <w:pPr>
              <w:spacing w:after="0"/>
              <w:jc w:val="center"/>
            </w:pPr>
            <w:r/>
            <w:r>
              <w:rPr>
                <w:b w:val="0"/>
                <w:i w:val="0"/>
                <w:color w:val="0D9488"/>
                <w:sz w:val="26"/>
              </w:rPr>
              <w:t>☐</w:t>
            </w:r>
          </w:p>
        </w:tc>
      </w:tr>
      <w:tr>
        <w:trPr>
          <w:trHeight w:val="604" w:hRule="atLeast"/>
        </w:trPr>
        <w:tc>
          <w:tcPr>
            <w:tcW w:type="dxa" w:w="2160"/>
          </w:tcPr>
          <w:p>
            <w:pPr>
              <w:spacing w:after="0"/>
            </w:pPr>
            <w:r/>
            <w:r>
              <w:rPr>
                <w:b/>
                <w:i w:val="0"/>
                <w:sz w:val="18"/>
              </w:rPr>
              <w:t>Pain score (0 to 10)</w:t>
            </w:r>
          </w:p>
        </w:tc>
        <w:tc>
          <w:tcPr>
            <w:tcW w:type="dxa" w:w="1195"/>
            <w:shd w:val="clear" w:color="auto" w:fill="ECFDF5"/>
          </w:tcPr>
          <w:p>
            <w:pPr>
              <w:spacing w:after="0"/>
              <w:jc w:val="center"/>
            </w:pPr>
            <w:r/>
            <w:r>
              <w:rPr>
                <w:b w:val="0"/>
                <w:i w:val="0"/>
                <w:color w:val="0D9488"/>
                <w:sz w:val="26"/>
              </w:rPr>
            </w:r>
          </w:p>
        </w:tc>
        <w:tc>
          <w:tcPr>
            <w:tcW w:type="dxa" w:w="1195"/>
            <w:shd w:val="clear" w:color="auto" w:fill="ECFDF5"/>
          </w:tcPr>
          <w:p>
            <w:pPr>
              <w:spacing w:after="0"/>
              <w:jc w:val="center"/>
            </w:pPr>
            <w:r/>
            <w:r>
              <w:rPr>
                <w:b w:val="0"/>
                <w:i w:val="0"/>
                <w:color w:val="0D9488"/>
                <w:sz w:val="26"/>
              </w:rPr>
            </w:r>
          </w:p>
        </w:tc>
        <w:tc>
          <w:tcPr>
            <w:tcW w:type="dxa" w:w="1195"/>
            <w:shd w:val="clear" w:color="auto" w:fill="ECFDF5"/>
          </w:tcPr>
          <w:p>
            <w:pPr>
              <w:spacing w:after="0"/>
              <w:jc w:val="center"/>
            </w:pPr>
            <w:r/>
            <w:r>
              <w:rPr>
                <w:b w:val="0"/>
                <w:i w:val="0"/>
                <w:color w:val="0D9488"/>
                <w:sz w:val="26"/>
              </w:rPr>
            </w:r>
          </w:p>
        </w:tc>
        <w:tc>
          <w:tcPr>
            <w:tcW w:type="dxa" w:w="1195"/>
            <w:shd w:val="clear" w:color="auto" w:fill="ECFDF5"/>
          </w:tcPr>
          <w:p>
            <w:pPr>
              <w:spacing w:after="0"/>
              <w:jc w:val="center"/>
            </w:pPr>
            <w:r/>
            <w:r>
              <w:rPr>
                <w:b w:val="0"/>
                <w:i w:val="0"/>
                <w:color w:val="0D9488"/>
                <w:sz w:val="26"/>
              </w:rPr>
            </w:r>
          </w:p>
        </w:tc>
        <w:tc>
          <w:tcPr>
            <w:tcW w:type="dxa" w:w="1195"/>
            <w:shd w:val="clear" w:color="auto" w:fill="ECFDF5"/>
          </w:tcPr>
          <w:p>
            <w:pPr>
              <w:spacing w:after="0"/>
              <w:jc w:val="center"/>
            </w:pPr>
            <w:r/>
            <w:r>
              <w:rPr>
                <w:b w:val="0"/>
                <w:i w:val="0"/>
                <w:color w:val="0D9488"/>
                <w:sz w:val="26"/>
              </w:rPr>
            </w:r>
          </w:p>
        </w:tc>
        <w:tc>
          <w:tcPr>
            <w:tcW w:type="dxa" w:w="1195"/>
            <w:shd w:val="clear" w:color="auto" w:fill="ECFDF5"/>
          </w:tcPr>
          <w:p>
            <w:pPr>
              <w:spacing w:after="0"/>
              <w:jc w:val="center"/>
            </w:pPr>
            <w:r/>
            <w:r>
              <w:rPr>
                <w:b w:val="0"/>
                <w:i w:val="0"/>
                <w:color w:val="0D9488"/>
                <w:sz w:val="26"/>
              </w:rPr>
            </w:r>
          </w:p>
        </w:tc>
        <w:tc>
          <w:tcPr>
            <w:tcW w:type="dxa" w:w="1195"/>
            <w:shd w:val="clear" w:color="auto" w:fill="ECFDF5"/>
          </w:tcPr>
          <w:p>
            <w:pPr>
              <w:spacing w:after="0"/>
              <w:jc w:val="center"/>
            </w:pPr>
            <w:r/>
            <w:r>
              <w:rPr>
                <w:b w:val="0"/>
                <w:i w:val="0"/>
                <w:color w:val="0D9488"/>
                <w:sz w:val="26"/>
              </w:rPr>
            </w:r>
          </w:p>
        </w:tc>
      </w:tr>
    </w:tbl>
    <w:p>
      <w:pPr>
        <w:spacing w:after="40" w:before="200"/>
      </w:pPr>
      <w:r>
        <w:rPr>
          <w:b/>
          <w:i w:val="0"/>
          <w:color w:val="0D9488"/>
          <w:sz w:val="24"/>
        </w:rPr>
        <w:t>Questions or notes for your next visit</w:t>
      </w:r>
    </w:p>
    <w:p>
      <w:pPr>
        <w:spacing w:after="40" w:before="0"/>
        <w:pBdr>
          <w:bottom w:val="single" w:sz="6" w:space="1" w:color="C9D3DF"/>
          <w:between w:val="single" w:sz="6" w:space="1" w:color="C9D3DF"/>
        </w:pBdr>
      </w:pPr>
      <w:r>
        <w:rPr>
          <w:b w:val="0"/>
          <w:i w:val="0"/>
          <w:sz w:val="24"/>
        </w:rPr>
      </w:r>
    </w:p>
    <w:p>
      <w:pPr>
        <w:spacing w:after="40" w:before="0"/>
        <w:pBdr>
          <w:bottom w:val="single" w:sz="6" w:space="1" w:color="C9D3DF"/>
          <w:between w:val="single" w:sz="6" w:space="1" w:color="C9D3DF"/>
        </w:pBdr>
      </w:pPr>
      <w:r>
        <w:rPr>
          <w:b w:val="0"/>
          <w:i w:val="0"/>
          <w:sz w:val="24"/>
        </w:rPr>
      </w:r>
    </w:p>
    <w:p>
      <w:pPr>
        <w:spacing w:after="40" w:before="0"/>
        <w:pBdr>
          <w:bottom w:val="single" w:sz="6" w:space="1" w:color="C9D3DF"/>
          <w:between w:val="single" w:sz="6" w:space="1" w:color="C9D3DF"/>
        </w:pBdr>
      </w:pPr>
      <w:r>
        <w:rPr>
          <w:b w:val="0"/>
          <w:i w:val="0"/>
          <w:sz w:val="24"/>
        </w:rPr>
      </w:r>
    </w:p>
    <w:p>
      <w:pPr>
        <w:spacing w:after="40" w:before="0"/>
        <w:pBdr>
          <w:bottom w:val="single" w:sz="6" w:space="1" w:color="C9D3DF"/>
          <w:between w:val="single" w:sz="6" w:space="1" w:color="C9D3DF"/>
        </w:pBdr>
      </w:pPr>
      <w:r>
        <w:rPr>
          <w:b w:val="0"/>
          <w:i w:val="0"/>
          <w:sz w:val="24"/>
        </w:rPr>
      </w:r>
    </w:p>
    <w:p>
      <w:pPr>
        <w:spacing w:after="40" w:before="0"/>
        <w:pBdr>
          <w:bottom w:val="single" w:sz="6" w:space="1" w:color="C9D3DF"/>
          <w:between w:val="single" w:sz="6" w:space="1" w:color="C9D3DF"/>
        </w:pBdr>
      </w:pPr>
      <w:r>
        <w:rPr>
          <w:b w:val="0"/>
          <w:i w:val="0"/>
          <w:sz w:val="24"/>
        </w:rPr>
      </w:r>
    </w:p>
    <w:p>
      <w:pPr>
        <w:spacing w:after="40" w:before="0"/>
        <w:pBdr>
          <w:bottom w:val="single" w:sz="6" w:space="1" w:color="C9D3DF"/>
          <w:between w:val="single" w:sz="6" w:space="1" w:color="C9D3DF"/>
        </w:pBdr>
      </w:pPr>
      <w:r>
        <w:rPr>
          <w:b w:val="0"/>
          <w:i w:val="0"/>
          <w:sz w:val="24"/>
        </w:rPr>
      </w:r>
    </w:p>
    <w:p>
      <w:pPr>
        <w:spacing w:after="40" w:before="0"/>
        <w:pBdr>
          <w:bottom w:val="single" w:sz="6" w:space="1" w:color="C9D3DF"/>
          <w:between w:val="single" w:sz="6" w:space="1" w:color="C9D3DF"/>
        </w:pBdr>
      </w:pPr>
      <w:r>
        <w:rPr>
          <w:b w:val="0"/>
          <w:i w:val="0"/>
          <w:sz w:val="24"/>
        </w:rPr>
      </w:r>
    </w:p>
    <w:p>
      <w:pPr>
        <w:spacing w:after="40" w:before="0"/>
        <w:pBdr>
          <w:bottom w:val="single" w:sz="6" w:space="1" w:color="C9D3DF"/>
          <w:between w:val="single" w:sz="6" w:space="1" w:color="C9D3DF"/>
        </w:pBdr>
      </w:pPr>
      <w:r>
        <w:rPr>
          <w:b w:val="0"/>
          <w:i w:val="0"/>
          <w:sz w:val="24"/>
        </w:rPr>
      </w:r>
    </w:p>
    <w:p>
      <w:pPr>
        <w:spacing w:after="60" w:before="200"/>
      </w:pPr>
      <w:r>
        <w:rPr>
          <w:b w:val="0"/>
          <w:i/>
          <w:color w:val="41525E"/>
          <w:sz w:val="16"/>
        </w:rPr>
        <w:t>For the practitioner: this is a blank template. It contains no exercise recommendations or prescriptions. The exercises, sets, reps, timing, how often, what to stop and call about and when to rate pain are yours to set for each patient, and what you write is your practice's own instruction. Free to copy, edit and use in your practice; in the Word version you may replace the PatientPower header with your own.</w:t>
      </w:r>
    </w:p>
    <w:sectPr w:rsidR="00FC693F" w:rsidRPr="0006063C" w:rsidSect="00034616">
      <w:headerReference w:type="default" r:id="rId9"/>
      <w:footerReference w:type="default" r:id="rId10"/>
      <w:pgSz w:w="12240" w:h="15840"/>
      <w:pgMar w:top="792" w:right="864" w:bottom="792" w:left="864"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1525E"/>
        <w:sz w:val="14"/>
      </w:rPr>
      <w:t xml:space="preserve">PatientPower is software that helps licensed practitioners organize care and share educational information. It does not diagnose or treat, and it is not for emergencies: in an emergency, call 911. Free template from PatientPower (beyondmychart.com).  Page </w:t>
    </w:r>
    <w:r>
      <w:rPr>
        <w:sz w:val="14"/>
      </w:rPr>
      <w:fldChar w:fldCharType="begin"/>
      <w:instrText xml:space="preserve">PAGE</w:instrText>
      <w:fldChar w:fldCharType="end"/>
    </w:r>
    <w:r>
      <w:rPr>
        <w:color w:val="41525E"/>
        <w:sz w:val="14"/>
      </w:rPr>
      <w:t xml:space="preserve"> of 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41525E"/>
        <w:sz w:val="16"/>
      </w:rPr>
      <w:t>Template from PatientPower · beyondmychart.com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exercise program handout template</dc:title>
  <dc:subject>Blank, editable home exercise program sheet for chiropractors and physical therapists</dc:subject>
  <dc:creator>PatientPower (beyondmychart.com)</dc:creator>
  <cp:keywords>home exercise program template, HEP handout, chiropractor, physical therapist, pain scale</cp:keywords>
  <dc:description>https://beyondmychart.com/patientpower-for-practitioners</dc:description>
  <cp:lastModifiedBy>PatientPower</cp:lastModifiedBy>
  <cp:revision>1</cp:revision>
  <dcterms:created xsi:type="dcterms:W3CDTF">2026-10-26T05:19:00Z</dcterms:created>
  <dcterms:modified xsi:type="dcterms:W3CDTF">2026-10-26T05:19:00Z</dcterms:modified>
  <cp:category/>
</cp:coreProperties>
</file>